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לכמיהה לירושלים ולחידוש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מפתח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לכיוון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בתיאור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(כוהני הדת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(געגוע חזק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(קשר מיוחד שמתחדש)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שחיים ושומרים מסורת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יחד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מקריאים מספר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צמים ומתפללים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מן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ביטוי של געגוע או שאיפה, חיבור לרעיון הכמיהה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החזיקו ספר תורה והקריאו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שיחה על משמעות הכמיהה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כבסיס לשיחה כיתתית על 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חוגג כל שנה, חמישים יום אחרי יום הכיפורים, אצל יהודי אתיופיה. ביום זה עולים על הר גבוה, מביטים לכיוון ירושלים ומחדשים את הקשר לקהילה ולמורשת.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כיפורים  ·  קסים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הביטו החוגגים כשעלו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לכיוון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לכיוון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לכיוון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החזיק את ספר התורה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החיילים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נהגו לצום ולהתפלל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חוגגים חמישים יום אחרי יום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החוגגים עלו על הר גבוה והביטו לכיוון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החזיקו ספר תורה והקריאו ממנו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קשר מיוחד שמתחדש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שחיים ושומרים מסורת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כוהני הדת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געגוע חזק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צמים ומתפללים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מן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מקריאים מספר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יחד על הר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על חלום או משאלה שהייתם רוצים להגשים, בדומה לכמיהה של יהודי אתיופיה לירושלים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עשו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